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Stretnutie USPSTF po tretíkrát v rade odsunuté späť</w:t>
      </w:r>
    </w:p>
    <w:p>
      <w:r>
        <w:t>Zdroj: MedPage Today</w:t>
      </w:r>
    </w:p>
    <w:p>
      <w:r>
        <w:t>Publikované: Tue, 03 Mar 2026 17:21:41 -0500</w:t>
      </w:r>
    </w:p>
    <w:p/>
    <w:p>
      <w:pPr>
        <w:pStyle w:val="Heading1"/>
      </w:pPr>
      <w:r>
        <w:t>Súhrn</w:t>
      </w:r>
    </w:p>
    <w:p>
      <w:r>
        <w:t>Ďalšie plánované zasadnutie pracovnej skupiny pre preventívne služby USA (USPSTF) bolo odložené. Potvrdilo to ministerstvo zdravotníctva HHS v utorok. Toto je tretie odloženie v rade. Pracovná skupina sa zvyčajne stretáva trikrát do roka. Naposledy sa zišla v marci minulého roka.</w:t>
      </w:r>
    </w:p>
    <w:p/>
    <w:p>
      <w:pPr>
        <w:jc w:val="center"/>
      </w:pPr>
      <w:r>
        <w:t>Vygenerované: 04.03.2026 01:00:41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