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Aký krém používa Trump na krku?</w:t>
      </w:r>
    </w:p>
    <w:p>
      <w:r>
        <w:t>Zdroj: MedPage Today</w:t>
      </w:r>
    </w:p>
    <w:p>
      <w:r>
        <w:t>Publikované: Tue, 03 Mar 2026 17:12:05 -0500</w:t>
      </w:r>
    </w:p>
    <w:p/>
    <w:p>
      <w:pPr>
        <w:pStyle w:val="Heading1"/>
      </w:pPr>
      <w:r>
        <w:t>Súhrn</w:t>
      </w:r>
    </w:p>
    <w:p>
      <w:r>
        <w:t>Novinári v Bielom dome zaznamenali v pondelok výraznú červenú škvrnu na pravej strane krku prezidenta Donalda Trumpa počas slávnostného odovzdávania Medaily cti.[1][3][4] Lekár Bieleho domu Sean Barbabella uviedol, že ide o bežný krém na preventívnu liečbu pokožky, ktorý predpísal.[1][2][3][6] Prezident používa túto liečbu jeden týždeň a očakáva sa, že začervenanie bude trvať ešte niekoľko týkdňov.[1][2][3][6] Typ krému nebol špecifikovaný.[2][3] V lekárskom prehliadke v apríli 2025 sa spomína použitie krému mometazón „podľa potreby“ na nešpecifikovaný kožný stav.[3] Trump je vo veku 79 rokov najstarším úradujúcim prezidentom USA.[1][3] Biely dom predtým oznámil diagnózu chronickej žilovej insuficiencie u Trumpa po opuchoch nôh.[1][2]</w:t>
      </w:r>
    </w:p>
    <w:p/>
    <w:p>
      <w:pPr>
        <w:jc w:val="center"/>
      </w:pPr>
      <w:r>
        <w:t>Vygenerované: 04.03.2026 01:00:51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