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práve našli skrytú obranu mozgu proti Alzheimerovej chorobe</w:t>
      </w:r>
    </w:p>
    <w:p>
      <w:r>
        <w:t>Zdroj: ScienceDaily Health</w:t>
      </w:r>
    </w:p>
    <w:p>
      <w:r>
        <w:t>Publikované: Tue, 03 Mar 2026 21:38:45 EST</w:t>
      </w:r>
    </w:p>
    <w:p/>
    <w:p>
      <w:pPr>
        <w:pStyle w:val="Heading1"/>
      </w:pPr>
      <w:r>
        <w:t>Súhrn</w:t>
      </w:r>
    </w:p>
    <w:p>
      <w:r>
        <w:t>Vedci z Kalifornskej univerzity v San Franciscu objavili proteín nazvaný CUL5, ktorý funguje ako prirodzený čistiaci systém mozgu a odstraňuje toxický tau proteín skôr, ako môže vytvárať škodlivé zhluky[1]. Neurónové bunky s vyšším množstvom CUL5 sú menej zraniteľné voči Alzheimerovej chorobe[1]. Výskumníci zistili, že bunkový stres spôsobený oxidačným stresom robí tau proteín "lepkavejším" a náchylnejším na zhlukovanie[1]. Štúdia tiež odhalila, že mitochondriálny stres (porucha energetických centrál buniek) spúšťa produkciu špecifického tau fragmentu veľkosti približne 25 kilodaltónov, ktorý sa podobá biomarkerom nájdeným v krvi a mozgovom moku pacientov s Alzheimerovou chorobou[7]. Analýza mozgového tkaniva pacientov s Alzheimerovou chorobou potvrdila, že vyššia expresia CUL5 súvisiacich komponentov zvyšuje pravdepodobnosť prežitia neurónov napriek hromadeniu tau proteínu[7]. Tieto zistenia naznačujú, že posilnenie prirodzeného čistiaceho mechanizmu mozgu by mohlo predstavovať novú terapeutickú stratégiu na predchádzanie neurodegenerácie[1].</w:t>
      </w:r>
    </w:p>
    <w:p/>
    <w:p>
      <w:pPr>
        <w:jc w:val="center"/>
      </w:pPr>
      <w:r>
        <w:t>Vygenerované: 04.03.2026 04:00:34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