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Pohľady komunitných lekárnikov na elektronickú lekáreň: bezprostredná hrozba alebo maskovaná príležitosť?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hodnotila pohľady 305 licencovaných komunitných lekárnikov na elektronickú lekáreň ako potenciálnu hrozbu alebo príležitosť prostredníctvom prierezového dotazníka medzi júnom a septembrom 2024. Elektronická lekáreň zlepšila prístup a cenovú dostupnosť liekov, zvýšila efektívnosť a znížila chyby, no obmedzuje interakcie medzi lekárnikom a pacientom, čo vyvoláva obavy z dodržiavania liečby a kvality starostlivosti. Významné asociácie sa zistili medzi demografickými premennými a vnímaním e-lekárne, analyzované chí-kvadrátovým testom a Spearmanovou koreláciou (p &lt; 0,05). Lekárnici nad 50 rokov prejavovali väčšie obavy z elektronického predpisovania (75,0 %, χ² = 10,85, p = 0,012, V = 0,19). Mladší lekárnici (20–30 rokov) mali pozitívnejšie postoje ako tí nad 50 rokov (χ² = 12,14, p = 0,007, V = 0,20). Lekárnici v reťazových lekárňach mali priaznivejšie postoje (62,7 %) ako v súkromných (59,5 %, χ² = 8,24, p = 0,016, V = 0,16). Zistenia z regiónu Aseer poskytujú prieskumné poznatky pre reguláciu a integráciu e-lekární, tvorcovia politík by mali spolupracovať s lekárnikmi na zachovaní ich úlohy v starostlivosti o pacientov.</w:t>
      </w:r>
    </w:p>
    <w:p/>
    <w:p>
      <w:pPr>
        <w:jc w:val="center"/>
      </w:pPr>
      <w:r>
        <w:t>Vygenerované: 03.03.2026 07:00:38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