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Porovnávacie strojové učenie na predpovedanie akútneho poškodenia obličiek pri traumatickom poranení mozgu: kohorta MIMIC-IV s interpretáciou SHAP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Štúdia analyzovala databázu MIMIC-IV u 2 986 pacientov s traumatickým poranením mozgu (TBI) na JIS, kde sa u 2 045 (68,5 %) vyvinulo akútne poškodenie obličiek (AKI) podľa kritérií KDIGO. Pacienti s AKI boli starší, ťažší, mali vyššiu hladinu glukózy, sodíka, systolický tlak (SBP) a teplotu, nižší výdaj moču a častejšie potrebovali ventiláciu. Pomocou metód LASSO, Boruta a logistickej regresie sa vybrali kľúčové prediktory: výdaj moču, ventilácia, hmotnosť, vek, glukóza, sodík, SBP a teplota. Testovali sa sedem modelov strojového učenia, pričom najlepší XGBoost dosiahol AUC 0,775 (95 % CI 0,747–0,802), presnosť 74,4 %, citlivosť 88,3 % a F1-skóre 0,83. Nasledoval Random Forest (AUC 0,768, citlivosť 85,9 %, F1-skóre 0,82), zatiaľ čo rozhodovací strom mal najhorší výkon (AUC 0,728). SHAP analýza XGBoostu potvrdila výdaj moču a ventiláciu ako hlavné prediktory a poskytla vysvetlenia pre jednotlivých pacientov. Model XGBoost preukázal vysokú diskrimináciu, kalibráciu a klinický prínos podľa DCA, čím prekonal logistickú regresiu a rozhodovací strom. Ponúka nástroj na včasnú stratifikáciu rizika AKI u pacientov s TBI.</w:t>
      </w:r>
    </w:p>
    <w:p/>
    <w:p>
      <w:pPr>
        <w:jc w:val="center"/>
      </w:pPr>
      <w:r>
        <w:t>Vygenerované: 03.03.2026 07:45:46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