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Lipozomálny bupivakaín na popliteálne bloky sedacieho a safénového nervu u pacientov podstupujúcich operáciu chodidla a členka: jednocentrová, dvojito zaslepená, randomizovaná kontrolovaná štúdia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Štúdia porovnávala účinnosť lipozomálneho bupivakaínu (133 mg, skupina L) a ropivakaínu (50 mg, skupina R) na blokády sedacieho a safénového nervu u 142 pacientov podstupujúcich elektívnu operáciu chodidla a členka. Bola to jednocentrová, dvojito zaslepená, randomizovaná kontrolovaná štúdia zaregistrovaná pod ChiCTR2400088305 s etickým schválením. Primárnym výsledkom bola pooperačná spotreba sufentanilu, sekundárne zahŕňali trvanie analgézie, motorickú blokádu, kvalitu zotavenia, spánku a nežiaduce udalosti. Skupina L mala významne nižšiu spotrebu sufentanilu na 12., 24., 48. a 72. hodinu po operácii (všetky p &lt; 0,001). Táto skupina tiež vykazovala vyššiu kvalitu spánku a zotavenia v pooperačný deň 1 (p &lt; 0,001). Multivariabilná analýza identifikovala chirurgický typ, predoperačnú kvalitu spánku a skóre Pain Catastrophizing Scale ako nezávislé prediktory trajektórie pooperačnej bolesti. Lipozomálny bupivakaín znižuje spotrebu opioidov a predlžuje nervový blok bez zmien v nežiaducich udalostiach.</w:t>
      </w:r>
    </w:p>
    <w:p/>
    <w:p>
      <w:pPr>
        <w:jc w:val="center"/>
      </w:pPr>
      <w:r>
        <w:t>Vygenerované: 03.03.2026 07:45:56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