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Sarcoidosis diagnosis and treatment based on etiology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Sarkoidóza je zápalové ochorenie charakterizované tvorbou granulómov v rôznych orgánoch, čo vedie k zápalu a možnému poškodeniu orgánov.[1] Príznaky sa často začínajú všeobecnými prejavmi ako únava, horúčka a strata hmotnosti, no líšia sa podľa postihnutého orgánu.[1] Etiológia zahŕňa genetické a environmentálne faktory, pričom HLA-DRB101 a DRB104 majú ochranný účinok u kaukazských populácií, zatiaľ čo HLA-DRB103, 11, 12, 14 a 15 sú rizikovými faktormi.[1] Patogenéza začína prezentáciou antigénu bunkami ako makrofágy a dendritické bunky CD4+ T-bunkám, čo vedie k granulómom a prehnanej Th1 imunitnej odpovedi s vysokými hladinami TNF-α a interleukínov 12, 15 a 18.[1] Diagnóza je náročná kvôli rôznorodému priebehu a absencii definitívneho testu, potvrdzuje sa biopsiou s nekaeseóznymi granulómami a vylúčením iných príčin.[1][2] Liečba je komplikovaná variabilným priebehom, vyžaduje personalizovaný prístup, pričom prvá línia je kortikosteroidy u symptomatických pacientov.[1][2] Porozumenie etiológie pomáha zlepšiť manažment pacientov a budúce stratégie liečby.[1] Väčšina pacientov ide do remisie bez liečby, no pokročilé štádium má horšiu prognózu.[2]</w:t>
      </w:r>
    </w:p>
    <w:p/>
    <w:p>
      <w:pPr>
        <w:jc w:val="center"/>
      </w:pPr>
      <w:r>
        <w:t>Vygenerované: 03.03.2026 07:46:10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