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Hotspoty a hranice chronickej pooperačnej bolesti: bibliometrická analýza a prehľad (2004–2025)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Chirurgia je častou príčinou chronickej bolesti a súčasná liečba chronickej pooperačnej bolesti (CPSP) prináša suboptimálne výsledky s pomalým pokrokom. Štúdia použila bibliometrickú analýzu literatúry o CPSP publikovanú od 1. januára 2004 do 5. augusta 2025 z databáz Web of Science a Scopus. Preverilo sa celkovo 1 211 vhodných anglických článkov a recenzií, pričom sa analyzovali trendy publikácií, krajiny, inštitúcie, autori, časopisy a kľúčové slová. Ročné publikácie o CPSP od roku 2004 do 2025 ukazujú stúpajúci trend, pričom USA, Čína, Kanada a Dánsko boli najproduktívnejšie krajiny. Analýza kľúčových slov odhalila „rizikový faktor“, „chronickú pooperačnú bolesť“ a „manažment bolesti“ ako hlavné ohniská výskumu. Vysoko citovaní autori a časopisy sa sústredili prevažne v Severnej Amerike a Európe. Výskum CPSP sa rozširuje, ale účinné možnosti liečby zostávajú obmedzené. Budúce štúdie by mali posilniť multidisciplinárnu spoluprácu na lepšie pochopenie patogenézy CPSP a vývoj efektívnejších intervencií.[2]</w:t>
      </w:r>
    </w:p>
    <w:p/>
    <w:p>
      <w:pPr>
        <w:jc w:val="center"/>
      </w:pPr>
      <w:r>
        <w:t>Vygenerované: 03.03.2026 07:46:44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