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Asociácie sérového sTREM-1 a sTREM-2 s mortalitou a neurologickou prognózou u pacientov resuscitovaných po zástave srdca: prístup založený na strojovom učení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Štúdia skúmala asociácie sérových hladín sTREM-1 a sTREM-2 s úmrtnosťou a neurologickou prognózou u 120 pacientov resuscitovaných po zástave srdca (vrátane 32 preživších a 88 nepreživších), v porovnaní s 30 zdravými dobrovoľníkmi. Hladiny sTREM-1 aj sTREM-2 sa zvýšili po návrate spontánnej cirkulácie (ROSC) v dňoch 1, 3 a 5, pričom väčší nárast bol u nepreživších pacientov. Primárnym cieľom bola predpoveď 28-dňovej mortality zo všetkých príčin, sekundárnym 3-mesačná neurologická prognóza. Na vývoj modelov strojového učenia sa použilo 11 funkcií vrátane sTREM-1 a sTREM-2. Modely XGBoost a Random Forest dosiahli najlepšie výsledky pri predpovedi mortality aj neurologickej prognózy. sTREM-1 bolo efektívnejšie ako sTREM-2 na predpoveď úmrtnosti a neurologického stavu po ROSC. Tieto modely preukázali vyššiu presnosť oproti bežným klinickým skóringovým systémom.</w:t>
      </w:r>
    </w:p>
    <w:p/>
    <w:p>
      <w:pPr>
        <w:jc w:val="center"/>
      </w:pPr>
      <w:r>
        <w:t>Vygenerované: 03.03.2026 09:00:42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