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STAT+: MAHA sa stáva globálnym: V rámci vzostupu hnutia Make Europe Healthy Again</w:t>
      </w:r>
    </w:p>
    <w:p>
      <w:r>
        <w:t>Zdroj: STAT News</w:t>
      </w:r>
    </w:p>
    <w:p>
      <w:r>
        <w:t>Publikované: Tue, 03 Mar 2026 09:30:00 +0000</w:t>
      </w:r>
    </w:p>
    <w:p/>
    <w:p>
      <w:pPr>
        <w:pStyle w:val="Heading1"/>
      </w:pPr>
      <w:r>
        <w:t>Súhrn</w:t>
      </w:r>
    </w:p>
    <w:p>
      <w:r>
        <w:t>Hnutie „Make Europe Healthy Again“ (MEHA) bolo spustené v Európskom parlamente v Bruseli na riešenie rastúcej krízy chronických ochorení v Európe[1][2]. Iniciatíva je inšpirovaná americkým hnutím „Make America Healthy Again“ (MAHA), ktoré vedie Robert F. Kennedy Jr.[1]. Cieľom je prelomiť cykly chronických ochorení, podporiť vitalitu a ctiť kultúru, suverenitu, mier a ľudskú dôstojnosť prostredníctvom národnej suverenity a individuálnej autonómie[1]. Hnutie sa zameriava na príčiny ako ultraprispôsobené potraviny, pesticídy a environmentálne toxíny a presadzuje preventívne stratégie namiesto reaktívnych zásahov[1]. MEHA má sedem základných princípov vrátane sebaurčenia, suverenity, integrity vedy a chápania zdravia ako prirodzeného stavu[1]. Zakladateľkou a prezidentkou je Dr. Maria Hubmer-Mogg[1][3]. Podporu má najmä z európskej pravice, no oslovuje aj ľavicu a stred cez témy ako environmentálne toxíny a ochrana zdravotníkov[1]. Účastníkmi spustenia boli lekári, výskumníci a politici z viacerých kontinentov[2].</w:t>
      </w:r>
    </w:p>
    <w:p/>
    <w:p>
      <w:pPr>
        <w:jc w:val="center"/>
      </w:pPr>
      <w:r>
        <w:t>Vygenerované: 03.03.2026 11:00:49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