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Systematický prehľad veľkých jazykových modelov v klinickej medicíne s pomocou LLM</w:t>
      </w:r>
    </w:p>
    <w:p>
      <w:r>
        <w:t>Zdroj: Nature Medicine</w:t>
      </w:r>
    </w:p>
    <w:p>
      <w:r>
        <w:t>Publikované: 2026-03-03</w:t>
      </w:r>
    </w:p>
    <w:p/>
    <w:p>
      <w:pPr>
        <w:pStyle w:val="Heading1"/>
      </w:pPr>
      <w:r>
        <w:t>Súhrn</w:t>
      </w:r>
    </w:p>
    <w:p>
      <w:r>
        <w:t>Článok je systematickým prehľadom veľkých jazykových modelov (LLM) v klinickej medicíne, ktorý bol vytvorený s pomocou LLM. Prehľad analyzoval viac ako 1 000 štúdií. Napriek nárastu lekárskeho výskumu zahŕňajúceho LLM väčšina štúdií nezahŕňa klinické údaje z reálneho sveta. Štúdia bola publikovaná v Nature Medicine online 3. marca 2026 s DOI: 10.1038/s41591-026-04229-5. Hlavné zistenie ukazuje, že výskum LLM v medicíne rastie, ale chýbajú aplikácie na reálne klinické dáta.</w:t>
      </w:r>
    </w:p>
    <w:p/>
    <w:p>
      <w:pPr>
        <w:jc w:val="center"/>
      </w:pPr>
      <w:r>
        <w:t>Vygenerované: 03.03.2026 12:01:27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