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Obštrukčný šok spôsobený infekciou mediastinálneho nádoru: kazuistika a prehľad literatúry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Mediastinálny nádor je novotvar v centrálnej oblasti hrudnej dutiny, ktorý môže spôsobiť rôznorodé príznaky a závažné komplikácie vrátane obštrukčného šoku. U 38-ročnej pacientky sa prejavili tiese na hrudníku a dýchavičnosť bez zjavnej príčiny. CT hrudníka odhalilo mediastinálnu masu, ktorú pacientka spočiatku ignorovala, no zhoršenie dyspnoe viedlo k hospitalizácii na pohotovosti. Nádor stláčal srdce a hlavné cievy, bol neresekovateľný a jeho infekcia spôsobila obštrukčný šok. Po protiinfekčnej liečbe, symptomatickom manažmente a monitorovaní sa RTG a CT snímky ukázali zmenšenie nádoru. Obštrukčný šok z infekcie mediastinálneho nádoru je zriedkavý. CT skeny, kontinuálne monitorovanie srdcového výdaja pomocou pulzného katétra (PICCO) a laboratórne indikátory sú kľúčové pre včasnú diagnostiku.</w:t>
      </w:r>
    </w:p>
    <w:p/>
    <w:p>
      <w:pPr>
        <w:jc w:val="center"/>
      </w:pPr>
      <w:r>
        <w:t>Vygenerované: 03.03.2026 15:00:33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