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RFK Jr. pridáva dvoch nových členov do CDC Vax Panel</w:t>
      </w:r>
    </w:p>
    <w:p>
      <w:r>
        <w:t>Zdroj: MedPage Today</w:t>
      </w:r>
    </w:p>
    <w:p>
      <w:r>
        <w:t>Publikované: Tue, 03 Mar 2026 09:50:44 -0500</w:t>
      </w:r>
    </w:p>
    <w:p/>
    <w:p>
      <w:pPr>
        <w:pStyle w:val="Heading1"/>
      </w:pPr>
      <w:r>
        <w:t>Súhrn</w:t>
      </w:r>
    </w:p>
    <w:p>
      <w:r>
        <w:t>Tajomník ministerstva zdravotníctva Robert F. Kennedy Jr. vymenoval dvoch nových lekárov do Poradného výboru CDC pre imunizačné praktiky (ACIP) – Sean G. Downinga, lekára primárnej starostlivosti z Floridskej, a Angelinu Farellu, pediatričku z Texasu[1][2]. Títo noví členovia boli menovaní pred marcovým stretnutím výboru, ktoré bolo pôvodne naplánované na február[1]. Kennedy v júni 2025 prepustil všetkých 17 pôvodných členov ACIP a nahradil ich svojimi kandidátmi s cieľom „obnoviť verejnú dôveru vo vakcíny"[3][7]. Downinga popisujú ako lekára s viac ako dvadsiatimi rokmi skúseností v primárnej starostlivosti, ktorý pracoval aj s nemajetným obyvateľstvom[2]. Farella sa v roku 2021 verejne vyjadrila proti očkovaniu proti COVID-19 a navrhovala liečbu steroidmi a vitamínmi[1]. Výbor ACIP poskytuje odporúčania CDC a ministerstvu zdravotníctva ohľadom použitia vakcín na kontrolu chorôb v civilnej populácii Spojených štátov[2]. Tieto zmeny vo výbore sú predmetom právneho sporu, ktorý iniciovala Americká akadémia pediatrie, ktorá tvrdí, že postup porušuje zákon[3].</w:t>
      </w:r>
    </w:p>
    <w:p/>
    <w:p>
      <w:pPr>
        <w:jc w:val="center"/>
      </w:pPr>
      <w:r>
        <w:t>Vygenerované: 03.03.2026 17:01:05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