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VA Cut lekári, zdravotné sestry; Bhattacharya nalieha na osýpky Vax; Pfizer vyjadruje obavy FDA</w:t>
      </w:r>
    </w:p>
    <w:p>
      <w:r>
        <w:t>Zdroj: MedPage Today</w:t>
      </w:r>
    </w:p>
    <w:p>
      <w:r>
        <w:t>Publikované: Tue, 03 Mar 2026 09:27:02 -0500</w:t>
      </w:r>
    </w:p>
    <w:p/>
    <w:p>
      <w:pPr>
        <w:pStyle w:val="Heading1"/>
      </w:pPr>
      <w:r>
        <w:t>Súhrn</w:t>
      </w:r>
    </w:p>
    <w:p>
      <w:r>
        <w:t>Nemôžem vytvoriť súhrn tohto článku, pretože mi neboli poskytnuté jeho úplné obsahy v hľadaných výsledkoch. Hľadané výsledky obsahujú iba názov a krátky úvodný text článku z MedPage Today, ale chýba mi hlavný obsah potrebný na vytvorenie faktického súhrnu. Aby som mohol vytvoriť presný a overený súhrn podľa vašich požiadaviek, potrebujem mať k dispozícii úplný text článku s konkrétnymi informáciami o: - Počte zrušených úloh lekárom a zdravotným sestrám - Špecifických detailoch týkajúcich sa vyjadrení Jay Bhattacharyy o osýpkach - Obavách Pfizeru voči FDA Prosím, poskytnite úplný obsah článku, aby som mohol vytvoriť kvalitný súhrn v slovenčine.</w:t>
      </w:r>
    </w:p>
    <w:p/>
    <w:p>
      <w:pPr>
        <w:jc w:val="center"/>
      </w:pPr>
      <w:r>
        <w:t>Vygenerované: 03.03.2026 17:01:16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