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Ľudia používajú AI Chatboty na zdravotné poradenstvo: Tu je to, čo by ste mali vedieť</w:t>
      </w:r>
    </w:p>
    <w:p>
      <w:r>
        <w:t>Zdroj: MedPage Today</w:t>
      </w:r>
    </w:p>
    <w:p>
      <w:r>
        <w:t>Publikované: Tue, 03 Mar 2026 11:01:38 -0500</w:t>
      </w:r>
    </w:p>
    <w:p/>
    <w:p>
      <w:pPr>
        <w:pStyle w:val="Heading1"/>
      </w:pPr>
      <w:r>
        <w:t>Súhrn</w:t>
      </w:r>
    </w:p>
    <w:p>
      <w:r>
        <w:t>Stovky miliónov ľudí sa obrátili na AI chatboty so žiadosťou o zdravotnícke poradenstvo, čo viedlo technologické spoločnosti k vývoju programov špeciálne určených na zodpovedanie zdravotných otázok. V januári spoločnosť OpenAI predstavila ChatGPT s touto funkciou. Článok upozorňuje na dôležitosť pochopenia možností a obmedzení týchto nástrojov pri používaní na zdravotnícke účely. AI chatboty môžu poskytnúť všeobecné informácie, ale nemôžu nahradiť odborný lekársky posudok. Používatelia by mali byť vedomí rizík spoliehania sa výlučne na AI poradenstvo bez konzultácie s kvalifikovaným zdravotníckym pracovníkom. Článok zdôrazňuje potrebu kritického prístupu k informáciám získaným z AI zdrojov.</w:t>
      </w:r>
    </w:p>
    <w:p/>
    <w:p>
      <w:pPr>
        <w:jc w:val="center"/>
      </w:pPr>
      <w:r>
        <w:t>Vygenerované: 03.03.2026 18:00:47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