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Osteoartritída: Sľubná lieková terapia prepadáva</w:t>
      </w:r>
    </w:p>
    <w:p>
      <w:r>
        <w:t>Zdroj: MedPage Today</w:t>
      </w:r>
    </w:p>
    <w:p>
      <w:r>
        <w:t>Publikované: Tue, 03 Mar 2026 10:48:51 -0500</w:t>
      </w:r>
    </w:p>
    <w:p/>
    <w:p>
      <w:pPr>
        <w:pStyle w:val="Heading1"/>
      </w:pPr>
      <w:r>
        <w:t>Súhrn</w:t>
      </w:r>
    </w:p>
    <w:p>
      <w:r>
        <w:t>Štúdia DICKENS skúmala účinnosť diacereínu, rastlinného extraktu, pri liečbe bolesti kolena spôsobenej osteoartritídou s výpotkom a zápaľom.[1] Do randomizovaného, dvojito slepeného pokusu bolo zaradených 262 pacientov vo veku 40-64 rokov, ktorí dostávali buď diacereín v dávke 50-100 mg dvakrát denne, alebo placebo počas 24 týždňov.[1] Primárnym cieľom bolo zlepšenie bolesti kolena meranej na stupnici 0-100 mm.[1] Výsledky ukázali, že diacereín neprináša signifikantné zlepšenie bolesti kolena ani výpotku v porovnaní s placebom.[1][4] Medzi vedľajšími účinkami boli v skupine s diacereínom častejšie problémy ako hnačka (38,6 % verzus 22,3 %) a farebná moč (10,6 % verzus 0 %).[1] Naproti tomu iná štúdia z roku 2025 na vietnamských pacientoch s obezitou a osteoartritídou zistila, že diacereín v dávke 100 mg denne viedol k výraznejšiemu zlepšeniu symptómov a funkcie kĺbu.[2] Celkovo sa zdá, že účinnosť diacereínu pri osteoartritíde kolena je nejednotná a jeho prínosy sú obmedzené.</w:t>
      </w:r>
    </w:p>
    <w:p/>
    <w:p>
      <w:pPr>
        <w:jc w:val="center"/>
      </w:pPr>
      <w:r>
        <w:t>Vygenerované: 03.03.2026 18:01:00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