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Vitamín D pre deti nepomáha pri prevencii potravinových alergií</w:t>
      </w:r>
    </w:p>
    <w:p>
      <w:r>
        <w:t>Zdroj: MedPage Today</w:t>
      </w:r>
    </w:p>
    <w:p>
      <w:r>
        <w:t>Publikované: Tue, 03 Mar 2026 10:46:24 -0500</w:t>
      </w:r>
    </w:p>
    <w:p/>
    <w:p>
      <w:pPr>
        <w:pStyle w:val="Heading1"/>
      </w:pPr>
      <w:r>
        <w:t>Súhrn</w:t>
      </w:r>
    </w:p>
    <w:p>
      <w:r>
        <w:t>Podávanie vitamínu D dojčatám v prvom roku života nemá významný prínos pri prevencii potravinových alergií. Veľká štúdia VITALITY s viac ako 2700 zdravými deťmi nepreukázala žiadnu veľkú výhodu v tomto smere. Hoci existovali trendy naznačujúce možný efekt, neboli štatisticky významné. Štúdia sa zameriavala na zdravé dojčatá a hodnotila riziko vzniku alergií. Výsledky ukazujú, že suplementácia vitamínu D v ranom veku nestačí na prevenciu potravinových alergií.</w:t>
      </w:r>
    </w:p>
    <w:p/>
    <w:p>
      <w:pPr>
        <w:jc w:val="center"/>
      </w:pPr>
      <w:r>
        <w:t>Vygenerované: 03.03.2026 18:01:10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