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Bezpečnosť pacientov: Poslanci vyzývajú Streeting, aby zastavila &amp;#x201c;nútené zlučovanie&amp;#x201d; agentúr</w:t>
      </w:r>
    </w:p>
    <w:p>
      <w:r>
        <w:t>Zdroj: BMJ</w:t>
      </w:r>
    </w:p>
    <w:p>
      <w:r>
        <w:t>Publikované: 2026-03-03T07:56:16-08:00</w:t>
      </w:r>
    </w:p>
    <w:p/>
    <w:p>
      <w:pPr>
        <w:pStyle w:val="Heading1"/>
      </w:pPr>
      <w:r>
        <w:t>Súhrn</w:t>
      </w:r>
    </w:p>
    <w:p>
      <w:r>
        <w:t>Poslanci písomne požiadali ministra zdravotníctva Wesa Streetinga, aby zastavil „nútenú fúziu“ medzi dvoma orgánmi pre bezpečnosť pacientov. Všestranná parlamentná skupina (APPG) pre bezpečnosť pacientov tvrdí, že orgán pre vyšetrovanie bezpečnosti zdravotných služieb (HSSIB) by mal zostať oddelený. HSSIB by sa nemal stať súčasťou komisie pre kvalitu starostlivosti (CQC). APPG zdôrazňuje potrebu zabezpečiť sledovanie a implementáciu bezpečnostných odporúčaní založených na dôkazoch. Tieto odporúčania získavajú dôveryhodnosť vďaka svojej nezávislosti, ktorá by sa nemala oslabiť. Bývalý minister zdravotníctva konzervatívcov Jeremy Hunt uviedol, že APPG podporuje zjednodušenie prostredia v oblasti bezpečnosti pacientov. Podľa Hunta sa toto prostredie stalo príliš rozptýlené a komplikované.</w:t>
      </w:r>
    </w:p>
    <w:p/>
    <w:p>
      <w:pPr>
        <w:jc w:val="center"/>
      </w:pPr>
      <w:r>
        <w:t>Vygenerované: 03.03.2026 19:00:44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