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FDA varuje 30 telehealth firiem pred zloženými liekmi GLP-1</w:t>
      </w:r>
    </w:p>
    <w:p>
      <w:r>
        <w:t>Zdroj: MedPage Today</w:t>
      </w:r>
    </w:p>
    <w:p>
      <w:r>
        <w:t>Publikované: Tue, 03 Mar 2026 15:05:01 -0500</w:t>
      </w:r>
    </w:p>
    <w:p/>
    <w:p>
      <w:pPr>
        <w:pStyle w:val="Heading1"/>
      </w:pPr>
      <w:r>
        <w:t>Súhrn</w:t>
      </w:r>
    </w:p>
    <w:p>
      <w:r>
        <w:t>FDA vydalo 30 varovných listov telezdravotníckym spoločnostiam za nepravdivé a zavádzajúce tvrdenia o zložených produktoch s agonistami GLP-1 receptorov. Tieto listy sa zameriavajú najmä na tvrdenia naznačujúce rovnakosť s originálnymi liekmi. Podľa iných zdrojov FDA v septembri 2025 poslalo viac ako 55 varovných listov predajcom zložených verzií GLP-1 liekov ako semaglutid (Wegovy, Ozempic) a tirzepatid (Zepbound, Mounjaro). Agentúra plánuje obmedziť aktívne farmaceutické zložky pre neschválené zložené produkty kvôli zavádzajúcemu marketingu. Varuje pred falošnými etiketami, kde lekárne na obale nemusia existovať alebo produkty nevyrobili. Hlásené sú nežiaduce účinky ako začervenanie, opuch, bolesť na mieste injekcie, nevoľnosť, zvracanie či hospitalizácie spôsobené chybným dávkovaním. Retatrutid a cagrilintid sa nesmú používať na zložené lieky, pretože nie sú súčasťou schválených liekov. FDA hrozí právnymi krokmi vrátane zabavenia a zákazu.</w:t>
      </w:r>
    </w:p>
    <w:p/>
    <w:p>
      <w:pPr>
        <w:jc w:val="center"/>
      </w:pPr>
      <w:r>
        <w:t>Vygenerované: 03.03.2026 23:01:02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