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Proteín Parkinsonovej choroby spojený s rýchlejšou progresiou Alzheimerovej choroby u žien</w:t>
      </w:r>
    </w:p>
    <w:p>
      <w:r>
        <w:t>Zdroj: MedPage Today</w:t>
      </w:r>
    </w:p>
    <w:p>
      <w:r>
        <w:t>Publikované: Wed, 04 Mar 2026 16:21:12 -0500</w:t>
      </w:r>
    </w:p>
    <w:p/>
    <w:p>
      <w:pPr>
        <w:pStyle w:val="Heading1"/>
      </w:pPr>
      <w:r>
        <w:t>Súhrn</w:t>
      </w:r>
    </w:p>
    <w:p>
      <w:r>
        <w:t>Štúdia ukázala, že zmeny v mozgu pri Alzheimerovej chorobe postupovali až 20-krát rýchlejšie u žien s Alzheimerovou chorobou a súbežnou patológiou alfa-synukleínu v porovnaní s mužmi. Alfa-synukleín je proteín typický pre Parkinsonovu chorobu, ktorý sa môže vyskytovať aj u pacientov s Alzheimerovou chorobou. Výskum preukázal, že u niektorých pacientov s Parkinsonovou chorobou sa objavujú skryté znaky typické pre Alzheimerovu chorobu ešte pred nástupom demencie[1]. U starších pacientov s Parkinsonovou chorobou, diagnostikovanou okolo 80 rokov, sa často nachádza aj amyloidný proteín, ktorý je charakteristický pre Alzheimerovu chorobu[1]. Odborníci predpokladajú, že u pacientov s Parkinsonovou chorobou sa amyloid v mozgu hromadí kratší čas, čo môže viesť k rýchlejšiemu rozvoju problémov s pamäťou a myslením[1]. Tieto zistenia otvárajú nové otázky o vzťahu medzi oboma ochoreniami a naznačujú potrebu sledovať zmeny v mozgu už v skorších štádiách choroby.</w:t>
      </w:r>
    </w:p>
    <w:p/>
    <w:p>
      <w:pPr>
        <w:jc w:val="center"/>
      </w:pPr>
      <w:r>
        <w:t>Vygenerované: 05.03.2026 00:00:47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