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Názor: Lieky na obezitu môžu umlčať „hluk drog“ za každou závislosťou</w:t>
      </w:r>
    </w:p>
    <w:p>
      <w:r>
        <w:t>Zdroj: STAT News</w:t>
      </w:r>
    </w:p>
    <w:p>
      <w:r>
        <w:t>Publikované: Wed, 04 Mar 2026 23:30:00 +0000</w:t>
      </w:r>
    </w:p>
    <w:p/>
    <w:p>
      <w:pPr>
        <w:pStyle w:val="Heading1"/>
      </w:pPr>
      <w:r>
        <w:t>Súhrn</w:t>
      </w:r>
    </w:p>
    <w:p>
      <w:r>
        <w:t>Nová štúdia zistila, že lieky GLP-1 boli spojené s o 50 % menším počtom úmrtí súvisiacich s drogami. Tieto lieky vykazovali aj o 39 % menší počet predávkovaní drogami. Okrem toho došlo k o 26 % menšiemu počtu hospitalizácií súvisiacich s drogami. Článok je názorom na tému, že lieky na obezitu môžu umlčať „hluk drog“ za každou závislosťou. Hlavné zistenia štúdie poukazujú na pozitívny vplyv GLP-1 liekov na zníženie drogových incidentov.</w:t>
      </w:r>
    </w:p>
    <w:p/>
    <w:p>
      <w:pPr>
        <w:jc w:val="center"/>
      </w:pPr>
      <w:r>
        <w:t>Vygenerované: 05.03.2026 01:00:34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