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Tieto dokumenty ER sú po 35 rokoch vytlačené. Nejdú ticho.</w:t>
      </w:r>
    </w:p>
    <w:p>
      <w:r>
        <w:t>Zdroj: MedPage Today</w:t>
      </w:r>
    </w:p>
    <w:p>
      <w:r>
        <w:t>Publikované: Wed, 04 Mar 2026 17:43:48 -0500</w:t>
      </w:r>
    </w:p>
    <w:p/>
    <w:p>
      <w:pPr>
        <w:pStyle w:val="Heading1"/>
      </w:pPr>
      <w:r>
        <w:t>Súhrn</w:t>
      </w:r>
    </w:p>
    <w:p>
      <w:r>
        <w:t>Nemocničný systém PeaceHealth v Oregone ukončil 35-ročnú zmluvu s miestnou skupinou Eugene Emergency Physicians a nahradil ju atlantskou spoločnosťou ApolloMD.[1][2] Prechod sa začne 1. júna 2026 v nemocniciach Peace Harbor a Cottage Grove a 1. júla 2026 v nemocnici Sacred Heart Medical Center at RiverBend.[2] PeaceHealth zdôvodňuje rozhodnutie potrebou zvýšiť kapacitu pohotovostného oddelenia a spracovať rastúci počet pacientov a medicínsku zložitosť.[2] Všetkých 41 profesionálov z Eugene Emergency Physicians podpísalo dohodu, že nebudú pracovať pre ApolloMD aspoň 90 dní po skončení ich zmluvy s PeaceHealth.[5] Rozhodnutie vyvolalo silný odpor – 60 lekárov a sestier z PeaceHealth podpísalo list na podporu Eugene Emergency Physicians a proti zmene.[1] Lekári z Eugene Emergency Physicians vyjadrili ochotu pokračovať v praxi v komunite, ale pod miestnym bannerom, nie pod ApolloMD.[5]</w:t>
      </w:r>
    </w:p>
    <w:p/>
    <w:p>
      <w:pPr>
        <w:jc w:val="center"/>
      </w:pPr>
      <w:r>
        <w:t>Vygenerované: 05.03.2026 01:00:54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