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 bezpečnosť dvojitého klipu cez ďalekohľad na endoskopické uzavretie gastrointestinálnych defektov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hodnotila bezpečnosť a účinnosť nového zariadenia nazvaného dvojitá spona cez rozsah (TTS-TC) na endoskopické uzavretie defektov v tráviace trubici. Do retrospektívnej pozorovacej štúdie bolo zaradených 36 pacientov (22 mužov a 14 žien) s priemerným vekom 61 rokov, ktorí podstúpili zákrok medzi februárom a decembrom 2023. Väčšina procedúr sa uskutočnila v žalúdku (61,1 %), pričom indikácie zahŕňali zastavenie krvácania z vredov, uzavretie perforácií a liečbu hlbokých lézií steny. Úspešné umiestnenie zariadenia sa dosiahlo u všetkých 36 pacientov, s priemerným časom procedúry 3,5 minúty a priemernou veľkosťou lézie 3,5 cm. Priemerná doba hospitalizácie po zákroku bola 5,7 dní. Pacienti, ktorí podstúpili resekciu v celej hrúbke, mali viac nežiaducich udalostí vrátane intraprocedurálnej perforácie, bolesti brucha a horúčky v porovnaní s ostatnými pacientami. Štúdia nezaznamenala žiadne nežiaduce udalosti priamo súvisiace so samotným klipom, čo naznačuje, že TTS-TC je sľubný nástroj na uzavretie rôznych gastrointestinálnych defektov.</w:t>
      </w:r>
    </w:p>
    <w:p/>
    <w:p>
      <w:pPr>
        <w:jc w:val="center"/>
      </w:pPr>
      <w:r>
        <w:t>Vygenerované: 04.03.2026 07:02:08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