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Dvojúrovňová vážená funkcia krížovej entropie straty a vyhodnotenie multiobjektovej segmentačnej siete pre dynamickú röntgenovú rádiografiu kolenného kĺbu na základe nového bodovacieho kritéria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Článok sa zaoberá automatickou segmentáciou viacerých objektov v dynamickej röntgenovej rádiografii kolenného kĺbu, ktorá zobrazuje patelu, stehennú kosť, holennú kosť a patelárnu šľachu. Navrhuje dvojúrovňovú váženú funkciu krížovej entropie straty, ktorá vyrovnáva straty medzi týmito objektmi a zlepšuje výkon segmentačného modelu oproti tradičnej váženej funkcii. Vyvinuté boli dve komplexné hodnotiace metriky na zníženie dimenzie existujúcich metrík a komplexné hodnotenie multiobjektových modelov. Na ich základe vzniklo nové bodovacie kritérium na výber optimálneho modelu. Optimálny model kombinuje sieť DeepLabV3+R50c s funkciou zmiešanej straty (τ1LCE2 + τ2LDICE + τ3LBD, pomer τ1:τ2:τ3 = 0,50:0,25:0,25). Dosiahol priemerné hodnoty: 0,8921 (stredná metrika), kocka 0,9373, presnosť 0,9316, hodnota 0,9490, HD95 2,9145 a ASSD 1,0309. Tento model pomáha rádiológom v diagnostike a znižuje ich pracovnú záťaž.</w:t>
      </w:r>
    </w:p>
    <w:p/>
    <w:p>
      <w:pPr>
        <w:jc w:val="center"/>
      </w:pPr>
      <w:r>
        <w:t>Vygenerované: 04.03.2026 07:02:51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