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Spomaľuje vek vyprázdňovanie žalúdka? Ultrazvuk odhaľuje zmenenú dynamiku u staršej populácie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Štúdia skúmala vyprázdňovanie žalúdka u 60 účastníkov, vrátane 30 starších dospelých (65–80 rokov, stredný vek 71,5 rokov) a 30 mladších dospelých pod 65 rokov s BMI 18–30 kg/m². Účastníci vypili 300 ml vody a 550 kcal jedlo na báze ryže, po čom sa ultrazvukom meralo prierezová plocha antrálnej časti žalúdka každých 15 minút počas 120–240 minút. Čas vyprázdňovania tekutín bol rovnaký v obidvoch skupinách (medián 45 minút; P=0,737). Rýchlosť vyprázdňovania tuhej potravy za 4 hodiny (4HGER) bola však významne nižšia u starších dospelých (35 % ± 9 %) oproti mladším (51 % ± 12 %; P&lt;0,05). Vyšší vek a BMI boli prediktormi oneskoreného vyprázdňovania tuhej potravy. Starší dospelí mali vyššie postprandiálne hladiny glukózy v krvi, skóre hladu sa však medzi skupinami nelíšilo. Záver štúdie zdôrazňuje oneskorené vyprázdňovanie tuhej potravy u starších dospelých, čo naznačuje potrebu prehodnotiť 8-hodinové predoperačné hladovanie. Štúdia je zaregistrovaná pod ChiCTR2100045201.</w:t>
      </w:r>
    </w:p>
    <w:p/>
    <w:p>
      <w:pPr>
        <w:jc w:val="center"/>
      </w:pPr>
      <w:r>
        <w:t>Vygenerované: 04.03.2026 07:03:19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