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Predprocedurálne IL-18, hs-CRP a VEGF ako prediktory nepriaznivých výsledkov u pacientov s akútnym infarktom myokardu podstupujúcich perkutánnu koronárnu intervenciu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tri biomarkery (IL-18, hs-CRP a VEGF) ako prediktory komplikácií u pacientov s akútnym infarktom myokardu podstupujúcich koronárnu intervenciu[1]. Výskum zahrnul 170 pacientov s infarktom a 100 zdravých osôb, ktorí boli sledovaní 12 mesiacov[1]. Všetky tri biomarkery boli pred zákrokom výrazne zvýšené u pacientov s infarktom v porovnaní s kontrolami a znížili sa po intervencii[1]. Pacienti, ktorí mali počas sledovania komplikácie, mali pred zákrokom signifikantne vyššie hladiny všetkých troch biomarkerov ako pacienti bez komplikácií[1]. Logistická regresia potvrdila, že všetky tri biomarkery sú nezávislými prediktormi nepriaznivých výsledkov, pričom IL-18 mal najsilnejší prediktívny efekt[1]. Analýza ROC kriviek preukázala vynikajúcu schopnosť rozlíšiť pacientov s dobrými a zlými výsledkami, s hodnotami 0,803 pre IL-18, 0,838 pre hs-CRP a 0,800 pre VEGF[1]. Tieto biomarkery ponúkajú lepšiu stratifikáciu rizika v porovnaní s tradičnými klinickými parametrami[1].</w:t>
      </w:r>
    </w:p>
    <w:p/>
    <w:p>
      <w:pPr>
        <w:jc w:val="center"/>
      </w:pPr>
      <w:r>
        <w:t>Vygenerované: 04.03.2026 07:03:30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