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Akademické stresory a stratégie zvládania medzi študentmi MBBS: prierezová, ročná porovnávacia štúdia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hodnotila akademické stresory a stratégie zvládania u študentov MBBS a stážistov na terciárnom lekárskom inštitúte pomocou dotazníkov MSSQ a Brigádneho dotazníka. Závažnosť stresu sa medzi doménami významne líšila (χ² = 364,60, p &lt; 0,001), pričom akademický stres mal najväčší podiel vysokého a závažného stresu. Zvládanie zamerané na problém malo najvyššie priemerné skóre, no stratégie zvládania sa medzi akademickými rokmi významne nelíšili. Pozorovali sa slabé pozitívne korelácie medzi celkovou úrovňou stresu a zvládaním zameraným na problém (ρ = 0,232), na emócie (ρ = 0,266) a vyhýbavým zvládaním (ρ = 0,277), všetky s p &lt; 0,001. Akademický stres vykazoval významné variácie najmä u študentov posledného ročníka. Vzorce zvládania boli relatívne stabilné počas štúdia, pričom vyšší stres súvisel s celkovým zvýšeným používaním zvládacích stratégií. Zistenia slúžia ako základ pre budúci výskum a cielené intervencie proti akademickému stresu.</w:t>
      </w:r>
    </w:p>
    <w:p/>
    <w:p>
      <w:pPr>
        <w:jc w:val="center"/>
      </w:pPr>
      <w:r>
        <w:t>Vygenerované: 04.03.2026 07:03:39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