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Stredomorská strava a závažnosť symptómov pri Sjogrenovom syndróme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vplyv stredomorskej stravy na závažnosť symptómov u pacientov so Sjogrenovým syndrómom pomocou skóre OSDI (index ochorenia očného povrchu) a ESSPRI (index hlásený pacientom Eular Sjogrenovho syndrómu). Išlo o prierezovú observačnú štúdiu s 75 pacientmi s priemerným vekom 50,1 ± 13,3 rokov, z čoho 88 % boli ženy. Medián skóre bol 5,0 pre ESSPRI (IQR 3,0–6,7), 25,0 pre OSDI (IQR 10,4–40,6) a 8,0 pre MEDAS (IQR 4,5–11,0), kde MEDAS hodnotí dodržiavanie stredomorskej stravy. Spearmanova korelačná analýza ukázala významnú negatívnu koreláciu medzi MEDAS a OSDI (ρ = -0,78, p &lt; 0,001). Žiadna kovariant nebola štatisticky významná v modeli ESSPRI, kým liečba vykazovala pozitívnu koreláciu s OSDI (β = +6,44, 95 % CI 0,84 až 12,03; p = 0,025). Stredomorská strava môže slúžiť ako doplnková stratégia k konvenčnej liečbe.</w:t>
      </w:r>
    </w:p>
    <w:p/>
    <w:p>
      <w:pPr>
        <w:jc w:val="center"/>
      </w:pPr>
      <w:r>
        <w:t>Vygenerované: 04.03.2026 07:46:07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