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transkatétrovej náhrady aortálnej chlopne na liečbu čistej ťažkej natívnej regurgitácie aortálnej chlopne: jednoramenná metaanalýza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Metaanalýza skúmala účinnosť a bezpečnosť transkatétrovej náhrady aortálnej chlopne (TAVR) u 2 773 pacientov s čistou ťažkou natívnou regurgitáciou aortálnej chlopne na základe 29 študií. Úspešnosť zariadenia dosiahla 87,5 %, pričom perioperačná mortalita zo všetkých príčin bola 3,1 % a kardiovaskulárna mortalita 1,4 %. Počas operácie sa vyskytli tieto komplikácie: cievna mozgová príhoda (0,7 %), poranenie obličiek (4,5 %), veľké cievne komplikácie (3,3 %), závažné krvácavé príhody (4,4 %) a potreba nového kardiostimulátora (11,4 %). Po jednom roku bola celková mortalita 9,3 %, kardiovaskulárna mortalita 4,3 % a readmisia pre srdcové zlyhanie 19,0 %. Výskyt komplikácií bol ovplyvnený geografickou polohou, chirurgickým rizikom pacienta, typom použitej chlopne a prístupom procedúry. Záver štúdie potvrdzuje, že TAVR predstavuje cenný terapeutický postup pre pacientov s vysokým chirurgickým rizikom, hoci výskyt nežiaducich udalostí sa líši v závislosti od viacerých faktorov.</w:t>
      </w:r>
    </w:p>
    <w:p/>
    <w:p>
      <w:pPr>
        <w:jc w:val="center"/>
      </w:pPr>
      <w:r>
        <w:t>Vygenerované: 04.03.2026 09:01:32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