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Finerenón pri cukrovke typu 1 a chronickom ochorení obličiek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Štúdia FINE-ONE, fáza 3, skúmala finerenón u dospelých pacientov s cukrovkou typu 1 a chronickým ochorením obličiek.[2] Do štúdie bolo zapojených 242 účastníkov, ktorí dostávali denne 10 alebo 20 mg finerenónu po šesť mesiacov spolu so štandardnou liečbou.[2] Primárny cieľ bol splnený: finerenón znížil pomer albumínu ku kreatinínu v moči (UACR) o 25 % oproti placebu (95 % CI = 0,75 [0,65–0,87]; p=0,0001).[2] UACR je biomarker progresie ochorenia obličiek a kardiovaskulárneho rizika.[2] Nežiaduce udalosti sa vyskytli u 47,1 % pacientov na finerenóne a u 49,2 % na placebu, vážne nežiaduce udalosti u 11,8 % a 11,5 %.[2] Hyperkaliémia bola zaznamenaná u 10,1 % pacientov na finerenóne oproti 3,3 % na placebu, prerušenie liečby kvôli nej u 1,7 % a 0 %.[2] Bezpečnostné výsledky sú v súlade s predchádzajúcimi štúdiami finerenónu pri cukrovke typu 2.[2] Bayer plánuje podať doplňujúcu žiadosť o registráciu lieku na základe týchto výsledkov v roku 2026.[2]</w:t>
      </w:r>
    </w:p>
    <w:p/>
    <w:p>
      <w:pPr>
        <w:jc w:val="center"/>
      </w:pPr>
      <w:r>
        <w:t>Vygenerované: 05.03.2026 11:00:48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