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rádioterapie v normálnom tkanive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Hlavnou výzvou rádioterapie je maximalizovať dávku žiarenia na nádorové bunky pri súčasnom minimalizovaní poškodenia okolitého zdravého tkaniva.[1] Pravdepodobnosť vyliečenia nádoru stúpa s rastúcou celkovou dávkou žiarenia, no zvyšuje sa aj riziko závažného neskorého poškodenia normálneho tkaniva.[1] Reakcie normálneho tkaniva na žiarenie majú prahovú dávku, pod ktorou nedochádza k žiadnej reakcii, a saturujú pri vysokých dávkach; vzťah je strmý, takže malé zmeny dávky vedú k veľkým rozdielom v toxicite.[1] Zvýšenie dávky o 20 % u pacientov odolných voči žiareniu môže zvýšiť kontrolu nádoru o 20–40 %, čo zlepšuje prežitie.[1] Naopak, zníženie dávky o 20 % u citlivých pacientov by takmer eliminovalo závažné vedľajšie účinky.[1] Pacienti s extrémnou radiosenzitivitu by profitovali z genetického profilovania, kde by 50 % pacientov získalo úžitok: 40 % zvýšenou kontrolou nádoru a 10 % zníženou morbiditou.[1] Symptómy poškodenia normálneho tkaniva sa môžu objaviť počas terapie, týždne po nej alebo mesiace až roky neskôr v dôsledku bunkovej smrti alebo hojenia rany.[2] Vyvíjajú sa liečby na zníženie rizika alebo závažnosti poškodenia a podporu hojenia.[2]</w:t>
      </w:r>
    </w:p>
    <w:p/>
    <w:p>
      <w:pPr>
        <w:jc w:val="center"/>
      </w:pPr>
      <w:r>
        <w:t>Vygenerované: 05.03.2026 11:01:12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