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Aspirín po PCI pri akútnych koronárnych syndrómoch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Štúdia skúmala, či je u pacientov s akútnymi koronárnymi syndrómami po úspešnej perkutánnej koronárnej intervencii (PCI) bezpečná a účinná skorá discontinuácia aspirínu a prechod na monoterapiu silným inhibítorom P2Y12 (ticagrelor alebo prasugrel). Pacienti boli náhodne rozdelení v pomere 1:1 do 4 dní od hospitalizácie na dve skupiny: monoterapiu P2Y12 alebo duálnu antiagregančnú terapiu (aspirín plus P2Y12 inhibítor) na 12 mesiacov. Hlavné primárne ukazovatele boli zložený endpoint smrť z akéhokoľvek dôvodu, infarkt myokardu, mŕtvica alebo urgentná revaskularizácia cieľovej cievy (testovaná na neninferioritu s maržou 2,5 percentuálneho bodu) a hlavné alebo klinicky relevantné nemajor krvácanie (testované na superioritu). Monoterapia P2Y12 nebola neninferiorná voči duálnej terapii ohľadom zloženého ischémického endpointu. Krvácanie sa vyskytlo u 33 pacientov (Kaplan-Meier odhad 2,0 %) v monoterapiovej skupine oproti 82 pacientom (4,9 %) v duálnej skupine (absolútny rozdiel rizika -2,97 percentuálneho bodu; 95 % CI -4,20 až -1,73). Trombólza stenty sa vyskytla u 12 pacientov v monoterapiovej skupine a u 4 v duálnej skupine.</w:t>
      </w:r>
    </w:p>
    <w:p/>
    <w:p>
      <w:pPr>
        <w:jc w:val="center"/>
      </w:pPr>
      <w:r>
        <w:t>Vygenerované: 05.03.2026 11:01:24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