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Stratégie na oživenie klinického stretnutia pri lôžku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Článok z New England Journal of Medicine predstavuje šesť praktických stratégií na oživenie klinického stretnutia pri lôžku pacienta.[1][2][4] Prvou stratégiou je ísť k lôžku a pozorovať pacienta z nohy postele alebo chodby, čo odhaľuje kľúčové stopy pre diagnózu, prognózu a osobné okolnosti pacienta, ako napríklad pri opise Parkinsonovej choroby Jamesom Parkinsonom.[1] Moderné lôžko zahŕňa aj telemedicínu a domáce návštevy.[1] Druhou stratégiou je vytvárať príležitosti na zámernú prax, kde pacientovo zamerané vzdelávanie pri okrúhlych vizitách zvyšuje efektivitu a spokojnosť lekárov.[1][2] Preklinickí študenti, ktorí sa zúčastňujú na pozorovaných stretnutiach s reálnymi a štandardizovanými pacientmi, majú lepšie klinické zručnosti na konci tretieho roka.[1] Tretia stratégia spočíva v hľadaní a poskytovaní spätnej väzby na klinické zručnosti pri lôžku, čo v kontextovo špecifickom spôsobe uisťuje pacienta o zapojení celého tímu.[1][2] Ďalšie stratégie zahŕňajú integráciu technológií ako digitálne stetoskopy a ultrazvuk, uznanie sily stretnutia za diagnózou a tradičné ranné okrúhle vizity ako najlepšiu príležitosť na výučbu.[2]</w:t>
      </w:r>
    </w:p>
    <w:p/>
    <w:p>
      <w:pPr>
        <w:jc w:val="center"/>
      </w:pPr>
      <w:r>
        <w:t>Vygenerované: 05.03.2026 11:01:58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