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Trofický syndróm trojklaného nervu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Trofický syndróm trojklaného nervu (TTS) je charakterizovaný samousádzanými ulceráciami v oblasti inervovanej trojklaným nervom, najčastejšie na krídle nosa, pričom špička nosa býva ušetrená.[1] Vzniká poškodením centálnych alebo periférnych vetiev trojklaného nervu, prvýkrát ho popísali neurochirurgovia na začiatku 20. storočia u pacientov po rizotómii trojklaného nervu.[1] Liečba nemá stanovený algoritmus kvôli malému počtu prípadov a vyžaduje multidisciplinárny prístup s behaviorálnymi, farmaceutickými alebo chirurgickými intervenciami.[1] Používané terapie zahŕňajú gabapentín, amitriptylín, karbamazepín, transkutánnu nervovú stimuláciu či rekonštrukčnú chirurgiu, no žiadna z nich nepreukázala jasnú prevahu v randomizovaných štúdiách.[1] Odpoveď na liečbu je všeobecne slabá a závisí od súčinnosti pacienta pri vyhýbaní sa manipulácii postihnutej oblasti.[1] Topické emolienty a steroidy nie sú účinné.[1] V jednom prípade sa syndróm prejavil ako Morgellonova choroba s oneskorenou diagnózou o 2 roky.[2]</w:t>
      </w:r>
    </w:p>
    <w:p/>
    <w:p>
      <w:pPr>
        <w:jc w:val="center"/>
      </w:pPr>
      <w:r>
        <w:t>Vygenerované: 05.03.2026 11:03:08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