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Znečistenie lesnými požiarmi spojené s vyšším rizikom mŕtvice</w:t>
      </w:r>
    </w:p>
    <w:p>
      <w:r>
        <w:t>Zdroj: STAT News</w:t>
      </w:r>
    </w:p>
    <w:p>
      <w:r>
        <w:t>Publikované: Wed, 04 Mar 2026 13:05:48 +0000</w:t>
      </w:r>
    </w:p>
    <w:p/>
    <w:p>
      <w:pPr>
        <w:pStyle w:val="Heading1"/>
      </w:pPr>
      <w:r>
        <w:t>Súhrn</w:t>
      </w:r>
    </w:p>
    <w:p>
      <w:r>
        <w:t>Štúdia na približne 25 miliónoch poistencov Medicare vo veku 65 rokov a viac v USA od roku 2007 do 2018 zaznamenala 2,9 milióna prípadov mŕtvice.[1][2][3] Dlhodobá expozícia voči PM2.5 z dymu lesných požiarov významne zvyšuje riziko mŕtvice u starších dospelých.[1][2][3] Pri každom zvýšení o 1 µg/m³ v trojročnom priemere wildfire smoke PM2.5 sa riziko mŕtvice zvyšuje o 1,3 % (HR: 1.013; 95% CI: 1.006–1.020).[1][2][3] Tento efekt je silnejší ako pri PM2.5 z iných zdrojov, kde je nárast rizika 0,7 %.[3] Asociácie sú silnejšie pri dlhších obdobiach expozície a vyšších koncentráciách dymu.[1][2][3] Ide o prvú štúdiu zameriavajúcu sa na dlhodobé účinky wildfire smoke PM2.5 na incidenciu mŕtvice.[2][3]</w:t>
      </w:r>
    </w:p>
    <w:p/>
    <w:p>
      <w:pPr>
        <w:jc w:val="center"/>
      </w:pPr>
      <w:r>
        <w:t>Vygenerované: 04.03.2026 15:00:59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