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Úmrtia matiek klesli v roku 2024 a môžu opäť klesnúť v roku 2025, CDC Data Show</w:t>
      </w:r>
    </w:p>
    <w:p>
      <w:r>
        <w:t>Zdroj: MedPage Today</w:t>
      </w:r>
    </w:p>
    <w:p>
      <w:r>
        <w:t>Publikované: Wed, 04 Mar 2026 11:06:15 -0500</w:t>
      </w:r>
    </w:p>
    <w:p/>
    <w:p>
      <w:pPr>
        <w:pStyle w:val="Heading1"/>
      </w:pPr>
      <w:r>
        <w:t>Súhrn</w:t>
      </w:r>
    </w:p>
    <w:p>
      <w:r>
        <w:t>V roku 2024 zomrelo v USA 649 matiek na príčiny súvisiace s tehotenstvom, čo predstavuje pokles v porovnaní s 669 úmrtiami v roku 2023[1]. Materská mortalita dosiahla 17,9 smrti na 100 000 živonarodených detí, čo však nebolo štatisticky významne nižšie ako 18,6 v roku 2023[1]. Najvyšší podiel úmrtí zaznamenali černošské ženy s mierou 44,8 smrti na 100 000 živonarodených detí, zatiaľ čo u bielych žien bola 14,2, u hispánskych 12,1 a u ázijských žien 18,1[1]. Materská mortalita sa výrazne zvyšuje s vekom – ženy staršie ako 40 rokov mali päťnásobne vyššiu mieru smrti (62,3 na 100 000) v porovnaní so ženami mladšími ako 25 rokov (13,7 na 100 000)[1]. Predbežné údaje z roku 2025 naznačujú, že trend poklesu by mohol pokračovať[7].</w:t>
      </w:r>
    </w:p>
    <w:p/>
    <w:p>
      <w:pPr>
        <w:jc w:val="center"/>
      </w:pPr>
      <w:r>
        <w:t>Vygenerované: 04.03.2026 19:00:58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