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Výbor pre nemocničné formuláre na preskúmanie väzieb Epsteina, uvádza správa</w:t>
      </w:r>
    </w:p>
    <w:p>
      <w:r>
        <w:t>Zdroj: MedPage Today</w:t>
      </w:r>
    </w:p>
    <w:p>
      <w:r>
        <w:t>Publikované: Wed, 04 Mar 2026 14:38:34 -0500</w:t>
      </w:r>
    </w:p>
    <w:p/>
    <w:p>
      <w:pPr>
        <w:pStyle w:val="Heading1"/>
      </w:pPr>
      <w:r>
        <w:t>Súhrn</w:t>
      </w:r>
    </w:p>
    <w:p>
      <w:r>
        <w:t>Zdravotnícky systém Mount Sinai v New Yorku vytvoril ad hoc výbor predstavenstva na preskúmanie svojich dlhoročných väzieb na odsúdeného sexuálneho delikventa Jeffreyho Epsteina[1][2]. Výbor reaguje na nové dokumenty Ministerstva spravodlivosti USA, ktoré odhalili Epsteinove dary najmenej 250 000 dolárov po jeho odsúdení v roku 2008[1][2]. Dokumenty opisujú, ako Epstein koordinoval schôdzky, žiadal odporúčania a zabezpečoval VIP starostlivosť pre ženy z jeho okruhu mimo štandardných nemocničných kanálov[1]. Trustee nemocnice Dr. Eva Andersson-Dubin navrhla 5-miliónový poschodie pre ženy po operáciách rakoviny, ktoré by mohlo niesť názov „Epsteinovo poschodie pre ženy“, ak by ho Epstein financoval[1]. Epstein sponzoroval aj obedy v Dubin Breast Center a daroval 25 000 dolárov na renováciu neonatálnej JIS, niekedy pod pseudonymami ako „Uncle F“ alebo „Enhanced Education“[2]. V roku 2019 Mount Sinai sľúbil príspevok v sume rovnej Epsteinovým darom na charitu proti obchodovaniu s ľuďmi, no celkovú sumu neoznámil[2][3]. Výbor odporučí kroky, ak nájde nedostatky v politikách, zatiaľ čo ministerstvo spravodlivosti naďalej spracováva ďalšie dokumenty[1].</w:t>
      </w:r>
    </w:p>
    <w:p/>
    <w:p>
      <w:pPr>
        <w:jc w:val="center"/>
      </w:pPr>
      <w:r>
        <w:t>Vygenerované: 04.03.2026 22:00:44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