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Drug Chief si kladie za cieľ najať priateľov na kontroverzné varovanie SSRI</w:t>
      </w:r>
    </w:p>
    <w:p>
      <w:r>
        <w:t>Zdroj: MedPage Today</w:t>
      </w:r>
    </w:p>
    <w:p>
      <w:r>
        <w:t>Publikované: Wed, 04 Mar 2026 14:23:25 -0500</w:t>
      </w:r>
    </w:p>
    <w:p/>
    <w:p>
      <w:pPr>
        <w:pStyle w:val="Heading1"/>
      </w:pPr>
      <w:r>
        <w:t>Súhrn</w:t>
      </w:r>
    </w:p>
    <w:p>
      <w:r>
        <w:t>Tracy Beth Høeg, MD, PhD, je dočasnou riaditeľkou centra FDA pre hodnotenie a výskum liekov (CDER).[1][4] V tejto úlohe oznámila záujem o preskúmanie bezpečnosti antidepresív triedy SSRI počas tehotenstva a protilátok proti RSV u dojčiat.[1] SSRI sa bežne používajú ako prvé liečivo na depresiu, úzkostné poruchy a iné duševné ochorenia.[1] Expertný panel FDA vedený Høegovou a Makarym v júli 2025 uviedol riziká SSRI v tehotenstve, vrátane potenciálnych vrodených chýb.[1] Americká psychiatrická asociácia a Americká kolégium pôrodníkov a gynekológov kritizovali tento panel a zdôraznili dôležitosť SSRI pri liečbe duševných problémov tehotných žien.[1] Neliečená depresia v tehotenstve môže viesť k rizikám ako predčasný pôrod, preeklampsia, nízka hmotnosť dieťaťa či samovražda.[1] Høeg zdôraznila potrebu viac randomizovaných štúdií u tehotných žien v oblasti ženského zdravia.[1] Okrem SSRI plánuje preskúmať monoklonálne protilátky ako Beyfortus a Enflonsia proti RSV.[1]</w:t>
      </w:r>
    </w:p>
    <w:p/>
    <w:p>
      <w:pPr>
        <w:jc w:val="center"/>
      </w:pPr>
      <w:r>
        <w:t>Vygenerované: 04.03.2026 22:01:08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