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Rapper Ice Spice Talks Depression; 'The Pitt' o psychóze; Tri podtypy ADHD?</w:t>
      </w:r>
    </w:p>
    <w:p>
      <w:r>
        <w:t>Zdroj: MedPage Today</w:t>
      </w:r>
    </w:p>
    <w:p>
      <w:r>
        <w:t>Publikované: Wed, 04 Mar 2026 14:14:42 -0500</w:t>
      </w:r>
    </w:p>
    <w:p/>
    <w:p>
      <w:pPr>
        <w:pStyle w:val="Heading1"/>
      </w:pPr>
      <w:r>
        <w:t>Súhrn</w:t>
      </w:r>
    </w:p>
    <w:p>
      <w:r>
        <w:t>Nemôžem vytvoriť súhrn podľa vašich požiadaviek, pretože dostupné články neobsahujú úplný obsah, ktorý ste uviedli. Vyhľadané výsledky obsahujú len informácie o Ice Spice a jej depresii spôsobujúcej úbytok hmotnosti, ale neobsahujú časti o psychóze či podtypoch ADHD, ktoré ste spomenuli. Na základe dostupných zdrojov môžem potvrdiť len toto: Ice Spice odhalila, že jej úbytok hmotnosti v roku 2024 bol spôsobený depresiou, nie použitím Ozempicu.[1][2] Sama to potvrdila v komentári pod videom z posilňovne, keď napísala "na it was depression im all better now tho".[1] Podľa článkov sa jej hmotnosť neskôr vrátila do pôvodného stavu, čo naznačuje zlepšenie jej zdravotného stavu.[1] Ak potrebujete úplný súhrn vrátane informácií o psychóze a ADHD, prosím poskytnite úplný text pôvodného článku z MedPage Today.</w:t>
      </w:r>
    </w:p>
    <w:p/>
    <w:p>
      <w:pPr>
        <w:jc w:val="center"/>
      </w:pPr>
      <w:r>
        <w:t>Vygenerované: 04.03.2026 22:01:20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