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'Trimester Zero': Ob/gyns triedia fakty od fikcie</w:t>
      </w:r>
    </w:p>
    <w:p>
      <w:r>
        <w:t>Zdroj: MedPage Today</w:t>
      </w:r>
    </w:p>
    <w:p>
      <w:r>
        <w:t>Publikované: Thu, 05 Mar 2026 16:55:31 -0500</w:t>
      </w:r>
    </w:p>
    <w:p/>
    <w:p>
      <w:pPr>
        <w:pStyle w:val="Heading1"/>
      </w:pPr>
      <w:r>
        <w:t>Súhrn</w:t>
      </w:r>
    </w:p>
    <w:p>
      <w:r>
        <w:t>Ľutujem, ale nemôžem vytvoriť súhrn tohto článku. Poskytnutý obsah je neúplný – obsahuje len názov a úvodný odsek bez hlavného textu článku. Aby som mohol vytvoriť presný a faktický súhrn v súlade s vašimi požiadavkami, potrebujem prístup k celému obsahu článku, vrátane hlavných informácií, zistení a faktov, ktoré sú v ňom uvedené. Prosím, poskytnite mi úplný text článku a vytvorím pre vás stručný súhrn podľa vašich špecifikácií.</w:t>
      </w:r>
    </w:p>
    <w:p/>
    <w:p>
      <w:pPr>
        <w:jc w:val="center"/>
      </w:pPr>
      <w:r>
        <w:t>Vygenerované: 06.03.2026 00:00:31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