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Pimikotinib: nový liek na ojedinelé ochorenie</w:t>
      </w:r>
    </w:p>
    <w:p>
      <w:r>
        <w:t>Zdroj: The Lancet</w:t>
      </w:r>
    </w:p>
    <w:p>
      <w:r>
        <w:t>Publikované: 2026-03-05T23:30:01Z</w:t>
      </w:r>
    </w:p>
    <w:p/>
    <w:p>
      <w:pPr>
        <w:pStyle w:val="Heading1"/>
      </w:pPr>
      <w:r>
        <w:t>Súhrn</w:t>
      </w:r>
    </w:p>
    <w:p>
      <w:r>
        <w:t>Tenosynoviálny obrovskobunkový nádor (TGCT), predtým známy ako pigmentovaná villonodulárna synovitída, je zriedkavý a lokálne agresívny nádor spojivového tkaniva, ktorý sa vyskytuje najmä u mladých dospelých.[1] Nádor je spôsobený nadmernou expresiou faktora stimulujúceho kolónie (CSF-1), ktorá vzniká v dôsledku fúznych génov alebo transkripčnej deregulácie s makrofágovým receptorom CSF-1R.[1] Príznaky TGCT zahŕňajú opuch kĺbov, bolesť, funkčnú poruchu a potenciálnu deštrukciu kĺbov.[1] Tieto príznaky majú významný negatívny vplyv na kvalitu života a pracovnú kapacitu pacientov.[1] Pimikotinib predstavuje nový liečebný prístup pre toto ojedinelé ochorenie.[1]</w:t>
      </w:r>
    </w:p>
    <w:p/>
    <w:p>
      <w:pPr>
        <w:jc w:val="center"/>
      </w:pPr>
      <w:r>
        <w:t>Vygenerované: 13.03.2026 02:00:50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