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Objavuje sa nová záhada o Epsteinovom zapojení do Harvardskej genetiky</w:t>
      </w:r>
    </w:p>
    <w:p>
      <w:r>
        <w:t>Zdroj: STAT News</w:t>
      </w:r>
    </w:p>
    <w:p>
      <w:r>
        <w:t>Publikované: Thu, 05 Mar 2026 01:02:26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sa v poskytnutých výsledkoch vyhľadávania nenachádza. Dostupné zdroje obsahujú informácie o tom, že v roku 2013 sa v Harvardskej laboratóriu genetika Georgea Churcha objavila záhada okolo Epsteinovho vzorka krvi v projekte Personal Genome Project[1], a že neskôr v roku 2026 došlo k rezignáciám vysokopostavených osôb na univerzitách v súvislosti s Epsteinovými väzbami[3]. Avšak konkrétny článok s názvom "A new mystery emerges about Epstein's involvement in Harvard genetics study" s detailmi o zmene profilovej stránky z 31. januára 2026 sa v poskytnutých výsledkoch nenachádza. Na vytvorenie presného a faktického súhrnu by som potreboval prístup k úplnému textu tohto konkrétneho článku.</w:t>
      </w:r>
    </w:p>
    <w:p/>
    <w:p>
      <w:pPr>
        <w:jc w:val="center"/>
      </w:pPr>
      <w:r>
        <w:t>Vygenerované: 05.03.2026 03:00:33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