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Zacielenie na neurovaskulárnu jednotku pri fibróze sietnice: mechanizmy a terapeutické perspektívy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Fibróza sietnice je závažná komplikácia pri ochoreniach ako vekom podmienená makulárna degenerácia a diabetická retinopatia, charakterizovaná abnormálnou aktivitou myofibroblastov a nadmerným ukladaním extracelulárnej matrice, čo vedie k trvalému poškodeniu zraku. Mechanizmy retinálnej fibrózy zostávajú nejasné a súčasné liečby nie sú plne pochopené. Článok skúma patogenézu fibrózy z pohľadu neurovaskulárnej jednotky, s dôrazom na úlohy endotelových buniek, pericytov a gliových buniek. Kľúčové fibrotické procesy zahŕňajú epiteliálny-mezenchymálny prechod (EMT), ako aj prechody makrofágov a pericytov na myofibroblasty (MMT/PMT). Analyzuje molekulárne mechanizmy regulujúce aktiváciu myofibroblastov a ukladanie extracelulárnej matrice. Na záver načrtáva potenciálne terapeutické ciele na liečbu fibrózy sietnice.</w:t>
      </w:r>
    </w:p>
    <w:p/>
    <w:p>
      <w:pPr>
        <w:jc w:val="center"/>
      </w:pPr>
      <w:r>
        <w:t>Vygenerované: 05.03.2026 07:01:33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