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prognostického modelu sepsy na základe génov spojených s črevnou mikrobiotou a identifikácie potenciálnych cieľov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Vedci vyvinuli prognostický model GMGscore pre sepsu na základe 6 génov spojených s črevnou mikrobiotou (CYP1A2, FFAR2, IL4R, MUC1, RORA, ASPM), ktorý dosiahol vysokú presnosť (AUC = 0,903 v tréningovom sete GSE65682 a AUC = 0,901 vo validačnom sete GSE95233). Model vznikol analýzou rozdielne exprimovaných génov z databázy GEO (GSE154918), pretiahnutých s 248 génmi z databázy GutMGene, čím identifikovali 34 relevantných génov obohatených o dráhy ako zápalové ochorenie čriev a signalizácia IL-17. Vysoké GMGscore súviselo so zlým prežitím, zvýšenou degranuláciou neutrofilov a zníženým ich počtom. Kľúčový gén RORA bol v sepse konzistentne potlačený, s najvyššou diagnostickou hodnotou (vysoká AUC), exprimovaný najmä v efektorových T bunkách a NK bunkách, kde pozitívne koreloval s infiltráciou CD8+ T buniek (R = 0,419) a NK buniek (R = 0,352). Virtuálny knockout RORA znížil expresiu cytotoxických génov. Molekulárne dokovanie ukázalo stabilnú väzbu RORA s metabolitmi od Collinsella (kyselina citrónová, sedoheptulóza, kyselina trikarballylová). Tieto zistenia potvrdili RT-qPCR v krvi pacientov a scRNA-seq údaje (GSE167363).</w:t>
      </w:r>
    </w:p>
    <w:p/>
    <w:p>
      <w:pPr>
        <w:jc w:val="center"/>
      </w:pPr>
      <w:r>
        <w:t>Vygenerované: 05.03.2026 07:02:02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