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Prípadová štúdia geriatrickej akútnej cholecystitídy komplikovanej koinfekciou Shewanella putrefaciens a Enterococcus faecium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Článok popisuje prípad 87-ročnej pacientky s anamnézou žlčových kameňov a predchádzajúcej ERCP, prijatú 14. novembra 2023 kvôli bolestiam krížov a nôh, ktorá dostala akútnu cholecystitídu. Počiatočná liečba zahŕňala cefoperazón/sulbaktám a ciprofloxacín. Vykonali ultrazvukom riadenú perkutánnu transhepatálnu drenáž žlčníka (PTGBD), ktorá odhalila hnisavú žlč pozitívnu na Shewanella putrefaciens a Enterococcus faecium. Na základe testu citlivosti na antibiotiká upravili liečbu na cefoperazón/sulbaktám a vankomycín, podávaný do 24. novembra 2023. Stav pacientky sa zlepšil a bola prepustená z nemocnice. Toto je prvý zdokumentovaný prípad geriatrickej akútnej cholecystitídy s koinfekciou týchto baktérií. Zdôrazňuje dôležitosť PTGBD a cielenej antibiotickej terapie podľa testov citlivosti, ako aj monitorovanie prokalcitonínu pre klinické rozhodovanie.</w:t>
      </w:r>
    </w:p>
    <w:p/>
    <w:p>
      <w:pPr>
        <w:jc w:val="center"/>
      </w:pPr>
      <w:r>
        <w:t>Vygenerované: 05.03.2026 07:02:12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