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Zhoda a prijateľnosť nového nástroja na samozber ľudského papilomavírusu na skríning rakoviny krčka maternice v ekonomicky rozvinutých regiónoch: perspektívna kohortová štúdia v Šanghaji, Čína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vyhodnotila zhodu a prijateľnosť nového cervikálneho zariadenia na samoodber vzoriek na genotypizáciu HPV pre skríning rakoviny krčka maternice u žien v Šanghaji. Ženy absolvovali sekvenčný odber: vlastný samoodber nasledovaný odberom lekárom, pričom obe vzorky sa analyzovali štandardizovanými protokolmi. Samoodber preukázal vynikajúcu zhodu s odberom lekárom (κ = 0,937; 95 % CI: 0,89–0,98), s citlivosťou 91,4 % (95 % CI: 83,2–96,5 %), špecificitou 100 % (95 % CI: 98,2–100 %), presnosťou 97,5 % (95 % CI: 94,8–99,0 %), pozitívnou prediktívnou hodnotou 100 % a negatívnou prediktívnou hodnotou 96,5 % (95 % CI: 93,2–98,5 %). Z 268 žien 41,4 % spočiatku preferovalo samoodber, podiel stúpol na 56,7 % pri zohľadnení nákladov. Hlavné dôvody preferencie boli pohodlie domáceho odberu (59,2 %), zníženie bolesti sebakontrolovaným tlakom (57,2 %) a zachovanie súkromia (56,6 %). Multivariačná analýza ukázala súvislosti s vekom (p &lt; 0,0001), stavom očkovania proti HPV (p = 0,0064), predchádzajúcimi skúsenosťami so skríningom (p = 0,0064) a vnímaným komfortom (p &lt; 0,0001). Zariadenie podporuje zvýšenie pokrytia skríningom vďaka súkromiu, komfortu a nákladovej efektívnosti.</w:t>
      </w:r>
    </w:p>
    <w:p/>
    <w:p>
      <w:pPr>
        <w:jc w:val="center"/>
      </w:pPr>
      <w:r>
        <w:t>Vygenerované: 05.03.2026 07:45:38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