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Inhibítory PCSK9 zlepšujú lipidový profil a indikátory náhrady steatózy pečene u pacientov s MAFLD a diabetom 2.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Štúdia skúmala vplyv inhibítorov PCSK9 (PCSK9i) na pacientov s metabolickou dysfunkciou pečene (MAFLD) a diabetom 2. typu (T2DM). Štyridsať pacientov bolo rozdelených do kontrolnej skupiny (n=30, atorvastatín 20 mg denne) a skupiny PCSK9i (n=30, evolokumab 140 mg každé 2 týždne plus atorvastatín). Analyzovali sa lipidový profil (TC, LDL-C, HDL-C, triglyceridy), BMI, glykemická kontrola a náhradné ukazovatele steatózy pečene (APRI, FIB-4, FLI, CAP) na začiatku a po 12 týždňoch. Obe skupiny mali významné zníženie lipidov, ale skupina PCSK9i dosiahla väčšie zníženie TC o 48,65 % (vs. 23,32 %) a LDL-C o 50 % oproti kontrole (P &lt; 0,05). Skupina PCSK9i mala významne väčšie zníženie CAP o 22,41 % (vs. 15,60 %) a FLI o 27,72 % (vs. 13,77 %); obe P &lt; 0,05. Regresné analýzy potvrdili, že zlepšenie CAP a FLI pri PCSK9i je nezávislé od liečby SGLT-2i. PCSK9i účinne znížili náhradné skóre steatózy pečene (FLI, CAP) a lipidy (TC, LDL-C) u pacientov s MAFLD a T2DM.</w:t>
      </w:r>
    </w:p>
    <w:p/>
    <w:p>
      <w:pPr>
        <w:jc w:val="center"/>
      </w:pPr>
      <w:r>
        <w:t>Vygenerované: 05.03.2026 07:45:48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