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Objektívne sledovanie aktivity maternice po pôrode: systematický prehľad rozsahu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Článok predstavuje systematický prehľad literatúry o aktivite maternice po pôrode, ktorý analyzoval 29 vedeckých štúdií s cieľom pochopiť normálnu činnosť maternice a minimalizovať riziko popôrodného krvácania. Výskum ukázal, že frekvencia kontrakcií maternice bez liekov dosahuje 2,4 až 2,8 kontrakcií za 10 minút, pričom s oxytocínom sa zvyšuje na 3,7 až 4,6 kontrakcií za 10 minút, a obe hodnoty sa postupne znižujú s časom. Normálna základná aktivita maternice po pôrode je ≤ 15 mmHg a normálna intenzita sa pohybuje medzi 51–58 mmHg a 336–396 Montevideo jednotiek. Staršie štúdie z obdobia pred rokom 2020 nepotvrdili významný vzťah medzi aktivitou maternice a celkovou stratou krvi, no malá štúdia z roku 2024 s použitím elektrohysterografie (EHG) naznačuje pozitívny vzťah. Článok zdôrazňuje potrebu jednotnej a objektívnej metódy na monitorovanie aktivity maternice po pôrode, aby sa lepšie pochopil vplyv rôznych liekov podporujúcich sťahovanie maternice. Elektrohysterografia vykazuje potenciál pri zlepšovaní porozumenia normálnej popôrodnej činnosti maternice a pri rozpoznávaní popôrodného krvácania.</w:t>
      </w:r>
    </w:p>
    <w:p/>
    <w:p>
      <w:pPr>
        <w:jc w:val="center"/>
      </w:pPr>
      <w:r>
        <w:t>Vygenerované: 05.03.2026 07:46:06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