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Čiastočná hepatektómia pre pečeňový absces pankreatického pôvodu s intracystickým krvácaním po ťažkej akútnej pankreatitíde: kazuistika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Lokálne komplikácie ťažkej akútnej pankreatitídy zahŕňajú pankreatickú nekrózu, pankreatické pseudocysty a peripankreatické abscesy. Sekundárny absces pečene pri pankreatitíde je extrémne zriedkavý. Infekcia sa môže šíriť cez portálny venózny systém, lymfatický systém alebo priamou infiltráciou z peripankreatického zápalu. Pečeň je náchylná na komplikované intracystické krvácanie v dôsledku priamej invázie baktérií a amylázy. Článok popisuje zriedkavý prípad hepatického abscesu pankreatického pôvodu s intracystickým krvácaním po ťažkej akútnej pankreatitíde. Primárnou liečbou bola čiastočná hepatektómia. Cieľom je sumarizovať terapeutické skúsenosti pre takýchto pacientov.</w:t>
      </w:r>
    </w:p>
    <w:p/>
    <w:p>
      <w:pPr>
        <w:jc w:val="center"/>
      </w:pPr>
      <w:r>
        <w:t>Vygenerované: 05.03.2026 08:00:32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