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prepínač, ktorý oživuje vyčerpané T bunky bojujúce proti rakovine</w:t>
      </w:r>
    </w:p>
    <w:p>
      <w:r>
        <w:t>Zdroj: ScienceDaily Health</w:t>
      </w:r>
    </w:p>
    <w:p>
      <w:r>
        <w:t>Publikované: Thu, 05 Mar 2026 22:19:10 EST</w:t>
      </w:r>
    </w:p>
    <w:p/>
    <w:p>
      <w:pPr>
        <w:pStyle w:val="Heading1"/>
      </w:pPr>
      <w:r>
        <w:t>Súhrn</w:t>
      </w:r>
    </w:p>
    <w:p>
      <w:r>
        <w:t>Vedci objavili genetické mechanizmy, ktoré určujú, či CD8 T bunky imunitného systému zostanú účinnými dlhodobými obrancami proti rakovine, alebo sa stanú vyčerpanými a neúčinnými.[1] Vytvorením podrobného genetického atlasu stavov týchto buniek výskumníci identifikovali kľúčové molekulárne prepínače, ktoré posúvajú bunky buď k odolnosti, alebo k vyčerpaniu.[1] Významným objavom je, že deaktivácia iba dvoch predtým neznámych génov obnovila schopnosť vyčerpaných T buniek zabíjať nádorové bunky.[1] Táto obnova funkcie sa dosiahla bez straty schopnosti buniek poskytovať trvalú imunitnú ochranu.[1] Zistenia z tejto štúdie otvárajú nové možnosti pre vývoj imunoterapií, ktoré by mohli zlepšiť liečbu rakoviny tým, že obnovia funkciu vyčerpaných T buniek pacienta.[1]</w:t>
      </w:r>
    </w:p>
    <w:p/>
    <w:p>
      <w:pPr>
        <w:jc w:val="center"/>
      </w:pPr>
      <w:r>
        <w:t>Vygenerované: 06.03.2026 08:00:41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